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שקט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"שקט" (שיר),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https://masa-pnima-horef.sites.tab.bot/p11.html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יש שקט רך שמאפשר לנשום, להיות עצמנו ולחזור לעולם מסודרים יותר.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מעבר ארוך בבית או בבית 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בד ארוך וחם שמניחים על הצוואר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הולך בצעדים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יושבות, נרגעות במקום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לגמור הכול בזמן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שקט מפחיד ושקט 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סופרים נשימות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מסודרים 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"אין צורך להספיק".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למסדרון ריק בלילה.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🤫 שקט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שקט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יש שקט שמפחיד.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ויש שקט רך ונעים.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בשקט הנעים שומעים את הגשם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ואת הלב.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בשקט הזה לא צריך למהר.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לא צריך להיות מישהו אחר.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נושמים פנימה: אחת, שתיים, שלוש.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נושמים החוצה: ארבע, חמש, שש.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השקט מרגישים מסודרים יותר.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מסדרון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ארוך בבית או בבית 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צעיף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 ארוך וחם שמניחים על הצוואר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פוסע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הולך בצעדים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מתיישבות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יושבות, נרגעות במקום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להספיק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לגמור הכול בזמן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דבר במקום שלו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מסדרון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לגמור הכול בזמן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צעיף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יושבות, נרגעות במקום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פוסע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מעבר ארוך בבית או בבית ספר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מתיישבות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בד ארוך וחם שמניחים על הצוואר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להספיק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הולך בצעדים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אילו שני סוגי שקט יש בשיר?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שקט מפחיד ושקט 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שקט חם ושקט קר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שקט של בוקר ושל ערב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עושים בבית הרביעי?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רצים בחוץ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נשימות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שרים שיר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איך מרגישים אחרי השקט, לפי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מבולבלים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מסודרים 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עצובים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השקט הרך מושווה לצעיף צמר.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בשקט הזה צריך להספיק הרבה.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בשיר סופרים עד שש.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מושווה השקט המפחיד?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תארו מקום שקט שלכם (אמיתי או דמיוני): מה שומעים בו, מה מרגישים בו, ואיך יוצאים ממנו.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שקט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