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שקט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"שקט"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יש שקט רך שמאפשר לנשום, להיות עצמנו ולחזור לעולם מסודרים יותר.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שקט מפחיד ושקט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סופרים נשימות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מסודרים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מעבר ארוך בבית או בבית 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בד ארוך וחם שמניחים על הצוואר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הולך בצעדים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🤫 שקט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שקט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יש שקט שמפחיד.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ויש שקט רך ונעים.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בשקט הנעים שומעים את הגשם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ואת הלב.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בשקט הזה לא צריך למהר.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לא צריך להיות מישהו אחר.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נושמים פנימה: אחת, שתיים, שלוש.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נושמים החוצה: ארבע, חמש, שש.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אחרי השקט מרגישים מסודרים יותר.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מסדרון  |  צעיף  |  פוסע  |  מתיישבות  |  להספיק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אילו שני סוגי שקט יש בשיר?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שקט חם ושקט קר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שקט מפחיד ושקט רך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עושים בבית הרביעי?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סופרים נשימות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רצים בחוץ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איך מרגישים אחרי השקט, לפי השיר?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מבולבלים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מסודרים יותר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השקט הרך מושווה לצעיף צמר.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בשקט הזה צריך להספיק הרבה.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בשיר סופרים עד שש.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מסדרון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בד ארוך וחם שמניחים על הצוואר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הולך בצעדים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פוסע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מעבר ארוך בבית או בבית ספר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תארו מקום שקט שלכם (אמיתי או דמיוני): מה שומעים בו, מה מרגישים בו, ואיך יוצאים ממנו.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שקט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