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הדובון שלא רצה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"הדובון שלא רצה לישון" (משל),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https://masa-pnima-horef.sites.tab.bot/p10.html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מנוחה איננה בזבוז; היא צבירת כוח שמאפשרת ליהנות ולהתקדם.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הוא לא רצה לפספס שום דבר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הוא נעשה מותש ולא נהנה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לפעמים הצעד הכי חכם קדימה הוא לעצור ולנוח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הסנאי אסף אגוזים, הציפורים עפו דרומה, הדובה הכינה מאורה.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"מנוחה איננה בזבוז... מי שנח – אוסף כוח לאביב."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"מנוחה איננה בזבוז".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הרגיש חזק כמו שלא הרגיש מעולם.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הדובון היה כל כך עייף, שכבר לא היה לו כוח אפילו לרצות לגלות דברים חדשים.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כמו שהלילה טבעי והכרחי ביממה, גם מנוחה היא חלק טבעי והכרחי מהחיים.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לסקרנות ניתנה פעולה אנושית – שינה.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– החזרה על המבנה "גם... חלק מ..." מדגישה שמנוחה היא חלק טבעי מהחיים.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– "קדימה" מול "לעצור" – פרדוקס: עצירה מקדמת.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עמדה מורכבת + דוגמאות.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🐻 הדובון שלא רצה לישון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הדובון שלא רצה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בקצה היער, כשהעלים האחרונים נשרו, התכוננו כל החיות לחורף. הסנאי אסף אגוזים, הציפורים עפו דרומה, והדובה הזקנה הכינה מאורה עמוקה וחמימה.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רק דובון אחד, צעיר וסקרן, סירב. "לישון כל החורף? איזה בזבוז!" אמר. "אני רוצה לראות הכול, לעשות הכול. מי יודע מה אפספס?"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וכך, כשכל הדובים נרדמו, הוא נשאר ער. בימים הראשונים זה היה מרגש: השלג הראשון, הכוכבים הבהירים, השקט הגדול. אבל עם הזמן המזון הלך ואזל, הקור חדר לפרווה, והדובון הרגיש עייף כל כך, שאפילו הסקרנות שלו נרדמה.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יום אחד פגש את הינשוף. "למה אתה עצוב?" שאל הינשוף.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"אני מותש," אמר הדובון. "רציתי לא לפספס כלום, ובסוף אין לי כוח ליהנות משום דבר."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הינשוף הניד בראשו. "מנוחה איננה בזבוז," אמר. "גם הלילה הוא חלק מהיממה, וגם החורף הוא חלק מהשנה. מי שנח – אוסף כוח לאביב."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הדובון חזר למאורה, התכרבל ליד הדובה הזקנה ונרדם. כשהתעורר, היער היה ירוק, הנחלים זרמו, והוא הרגיש חזק כמו שלא הרגיש מעולם. עכשיו הוא היה מוכן לראות הכול.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מוסר ההשכל: לפעמים הצעד הכי חכם קדימה הוא לעצור ולנוח.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הדובון לא רצה לישון?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פחד מהחושך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לא רצה לפספס שום דבר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היה רעב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קרה לדובון שנשאר ער?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הוא נעשה מותש ולא נהנה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מצא הרבה אוכל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הוא נעשה חזק מאוד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מוסר ההשכל?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לעולם אסור לישון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לפעמים הצעד הכי חכם קדימה הוא לעצור ולנוח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צריך לאכול הרבה בחורף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עשו החיות לפני החורף? ציינו שתיים.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מה אמר הינשוף לדובון?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הסנאי אסף אגוזים לקראת החורף.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הינשוף אמר שמנוחה היא בזבוז.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באביב הדובון הרגיש חלש.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"אפילו הסקרנות שלו נרדמה"?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הקשר בין "הלילה הוא חלק מהיממה" לבין מנוחה?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אפילו הסקרנות שלו נרדמה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הלילה הוא חלק מהיממה, וגם החורף הוא חלק מהשנה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הצעד הכי חכם קדימה הוא לעצור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האם אתם מסכימים עם מוסר ההשכל? מתי לדעתכם נכון לעצור ולנוח, ומתי דווקא להמשיך?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פעם שבה התעקשתם "לא לפספס כלום" – ומה קרה. ומה הייתם אומרים היום לדובון?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הדובון שלא רצה לישון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