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הדובון שלא רצה לישון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"הדובון שלא רצה לישון" (משל),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https://masa-pnima-horef.sites.tab.bot/p10.html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מנוחה איננה בזבוז; היא צבירת כוח שמאפשרת ליהנות ולהתקדם.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בית של חיה, בתוך האדמה או במערה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אמר "לא"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נגמר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עייף מאוד מאוד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הזיז את הראש למעלה ולמטה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הוא לא רצה לפספס שום דבר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הוא נעשה מותש ולא נהנה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לפעמים הצעד הכי חכם קדימה הוא לעצור ולנוח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"מנוחה איננה בזבוז".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הרגיש חזק כמו שלא הרגיש מעולם.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הסנאי אסף אגוזים, הציפורים עפו דרומה, הדובה הכינה מאורה.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3–5 משפטים פשוטים, שימוש במילה אחת לפחות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🐻 הדובון שלא רצה לישון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הדובון שלא רצה לישון (גרסה פשוטה)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בחורף כל החיות מתכוננות. הדובים הולכים לישון.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דובון אחד אומר: "לא! אני לא רוצה לישון. אני רוצה לראות הכול!"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זה כיף: שלג, כוכבים, שקט.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אבל אחר כך אין אוכל, קר לו, והוא עייף מאוד.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הינשוף אומר לו: "מנוחה היא לא בזבוז. מי שנח – מקבל כוח."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הדובון הולך לישון. באביב הוא מתעורר חזק ושמח.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לפעמים צריך לעצור ולנוח.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🕳️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של חיה, בתוך האדמה או במערה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סירב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אמר "לא"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אזל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🍽️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נגמר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עייף מאוד מאוד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הניד בראשו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🙂‍↕️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הזיז את הראש למעלה ולמטה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התכרבל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🧸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התקפל והתכסה כדי שיהיה חם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מילה לפירוש.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מאורה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אמר "לא"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סירב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עייף מאוד מאוד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אזל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הזיז את הראש למעלה ולמטה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נגמר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הניד בראשו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בית של חיה, בתוך האדמה או במערה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הבנת הקטע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למה הדובון לא רצה לישון?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פחד מהחושך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לא רצה לפספס שום דבר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היה רעב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קרה לדובון שנשאר ער?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נעשה מותש ולא נהנה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מצא הרבה אוכל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נעשה חזק מאוד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מוסר ההשכל?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לעולם אסור לישון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לפעמים הצעד הכי חכם קדימה הוא לעצור ולנוח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צריך לאכול הרבה בחורף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הסנאי אסף אגוזים לקראת החורף.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הינשוף אמר שמנוחה היא בזבוז.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באביב הדובון הרגיש חלש.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שאלה פתוחה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 אחד או שניים.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עשו החיות לפני החורף? ציינו שתיים.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פעם שבה התעקשתם "לא לפספס כלום" – ומה קרה. ומה הייתם אומרים היום לדובון?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להתחיל: "אני מרגיש/ה ש..." / "פעם אחת..." / "אני לומד/ת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מותר לכתוב מילים בשפת האם ולהוסיף בעברית.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הדובון שלא רצה לישון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