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הדובון שלא רצה לישון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"הדובון שלא רצה לישון" (משל),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https://masa-pnima-horef.sites.tab.bot/p10.html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מנוחה איננה בזבוז; היא צבירת כוח שמאפשרת ליהנות ולהתקדם.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הוא לא רצה לפספס שום 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הוא נעשה מותש ולא נהנה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לפעמים הצעד הכי חכם קדימה הוא לעצור ולנוח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בית של חיה, בתוך האדמה או במערה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אמר "לא"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🐻 הדובון שלא רצה לישון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הדובון שלא רצה לישון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בחורף כל החיות מתכוננות. הדובים הולכים לישון.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דובון אחד אומר: "לא! אני לא רוצה לישון. אני רוצה לראות הכול!"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בהתחלה זה כיף: שלג, כוכבים, שקט.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אחר כך אין אוכל, קר לו, והוא עייף מאוד.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הינשוף אומר לו: "מנוחה היא לא בזבוז. מי שנח – מקבל כוח."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הדובון הולך לישון. באביב הוא מתעורר חזק ושמח.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המסר: לפעמים צריך לעצור ולנוח.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מאורה  |  סירב  |  אזל  |  מותש  |  הניד בראשו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למה הדובון לא רצה לישון?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פחד מהחושך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הוא לא רצה לפספס שום דבר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קרה לדובון שנשאר ער?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נעשה מותש ולא נהנה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הוא מצא הרבה אוכל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מוסר ההשכל?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לפעמים הצעד הכי חכם קדימה הוא לעצור ולנוח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לעולם אסור לישון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הסנאי אסף אגוזים לקראת החורף.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הינשוף אמר שמנוחה היא בזבוז.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באביב הדובון הרגיש חלש.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מאורה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אמר "לא"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סירב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בית של חיה, בתוך האדמה או במערה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נגמר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פעם שבה התעקשתם "לא לפספס כלום" – ומה קרה. ומה הייתם אומרים היום לדובון?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הדובון שלא רצה לישון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